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Project-Based Learning (PBL) for M.A. Economics Syllabus (MKU)</w:t>
      </w:r>
    </w:p>
    <w:p>
      <w:r>
        <w:t>The M.A. Economics syllabus encourages application of economic theories, research, quantitative analysis and contemporary policy issues. Project-Based Learning can transform theory into practice through field surveys, data analysis and policy evaluation.</w:t>
      </w:r>
    </w:p>
    <w:p>
      <w:pPr>
        <w:pStyle w:val="Heading2"/>
      </w:pPr>
      <w:r>
        <w:t>Micro Economics</w:t>
      </w:r>
    </w:p>
    <w:p>
      <w:r>
        <w:t>Suggested Project: Consumer demand survey and market structure analysis</w:t>
        <w:br/>
        <w:t>Activities: literature review, data collection, analysis, report writing and presentation.</w:t>
      </w:r>
    </w:p>
    <w:p>
      <w:pPr>
        <w:pStyle w:val="Heading2"/>
      </w:pPr>
      <w:r>
        <w:t>Macro Economics</w:t>
      </w:r>
    </w:p>
    <w:p>
      <w:r>
        <w:t>Suggested Project: District GDP, inflation and employment trends</w:t>
        <w:br/>
        <w:t>Activities: literature review, data collection, analysis, report writing and presentation.</w:t>
      </w:r>
    </w:p>
    <w:p>
      <w:pPr>
        <w:pStyle w:val="Heading2"/>
      </w:pPr>
      <w:r>
        <w:t>Mathematical Economics</w:t>
      </w:r>
    </w:p>
    <w:p>
      <w:r>
        <w:t>Suggested Project: Optimization models using household expenditure</w:t>
        <w:br/>
        <w:t>Activities: literature review, data collection, analysis, report writing and presentation.</w:t>
      </w:r>
    </w:p>
    <w:p>
      <w:pPr>
        <w:pStyle w:val="Heading2"/>
      </w:pPr>
      <w:r>
        <w:t>Econometrics</w:t>
      </w:r>
    </w:p>
    <w:p>
      <w:r>
        <w:t>Suggested Project: Regression analysis on NSSO/RBI datasets</w:t>
        <w:br/>
        <w:t>Activities: literature review, data collection, analysis, report writing and presentation.</w:t>
      </w:r>
    </w:p>
    <w:p>
      <w:pPr>
        <w:pStyle w:val="Heading2"/>
      </w:pPr>
      <w:r>
        <w:t>Growth &amp; Development</w:t>
      </w:r>
    </w:p>
    <w:p>
      <w:r>
        <w:t>Suggested Project: HDI comparison across Indian states</w:t>
        <w:br/>
        <w:t>Activities: literature review, data collection, analysis, report writing and presentation.</w:t>
      </w:r>
    </w:p>
    <w:p>
      <w:pPr>
        <w:pStyle w:val="Heading2"/>
      </w:pPr>
      <w:r>
        <w:t>Public Economics</w:t>
      </w:r>
    </w:p>
    <w:p>
      <w:r>
        <w:t>Suggested Project: GST and local body finance study</w:t>
        <w:br/>
        <w:t>Activities: literature review, data collection, analysis, report writing and presentation.</w:t>
      </w:r>
    </w:p>
    <w:p>
      <w:pPr>
        <w:pStyle w:val="Heading2"/>
      </w:pPr>
      <w:r>
        <w:t>Research Methodology</w:t>
      </w:r>
    </w:p>
    <w:p>
      <w:r>
        <w:t>Suggested Project: Socio-economic village survey</w:t>
        <w:br/>
        <w:t>Activities: literature review, data collection, analysis, report writing and presentation.</w:t>
      </w:r>
    </w:p>
    <w:p>
      <w:pPr>
        <w:pStyle w:val="Heading2"/>
      </w:pPr>
      <w:r>
        <w:t>International Economics</w:t>
      </w:r>
    </w:p>
    <w:p>
      <w:r>
        <w:t>Suggested Project: Export-import analysis of Tamil Nadu</w:t>
        <w:br/>
        <w:t>Activities: literature review, data collection, analysis, report writing and presentation.</w:t>
      </w:r>
    </w:p>
    <w:p>
      <w:pPr>
        <w:pStyle w:val="Heading2"/>
      </w:pPr>
      <w:r>
        <w:t>Monetary Economics</w:t>
      </w:r>
    </w:p>
    <w:p>
      <w:r>
        <w:t>Suggested Project: Digital payments and financial inclusion</w:t>
        <w:br/>
        <w:t>Activities: literature review, data collection, analysis, report writing and presentation.</w:t>
      </w:r>
    </w:p>
    <w:p>
      <w:pPr>
        <w:pStyle w:val="Heading2"/>
      </w:pPr>
      <w:r>
        <w:t>Computer Applications</w:t>
      </w:r>
    </w:p>
    <w:p>
      <w:r>
        <w:t>Suggested Project: Dashboard using Excel/SPSS/R</w:t>
        <w:br/>
        <w:t>Activities: literature review, data collection, analysis, report writing and presentation.</w:t>
      </w:r>
    </w:p>
    <w:p>
      <w:pPr>
        <w:pStyle w:val="Heading2"/>
      </w:pPr>
      <w:r>
        <w:t>Implementation</w:t>
      </w:r>
    </w:p>
    <w:p>
      <w:r>
        <w:t>Identify problem; form teams; collect primary/secondary data; analyse using economic tools; prepare report; present findings; peer review.</w:t>
      </w:r>
    </w:p>
    <w:p>
      <w:pPr>
        <w:pStyle w:val="Heading2"/>
      </w:pPr>
      <w:r>
        <w:t>Evaluation Rubric</w:t>
      </w:r>
    </w:p>
    <w:p>
      <w:r>
        <w:t>Problem identification (10), methodology (20), data analysis (25), interpretation (20), presentation (10), innovation (10), teamwork (5).</w:t>
      </w:r>
    </w:p>
    <w:p>
      <w:pPr>
        <w:pStyle w:val="Heading2"/>
      </w:pPr>
      <w:r>
        <w:t>Expected Outcomes</w:t>
      </w:r>
    </w:p>
    <w:p>
      <w:r>
        <w:t>Improves critical thinking, collaboration, research skills, ICT competency, communication and policy formulation aligned with OBE and NEP 2020.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