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Comparative Analysis of University Syllabi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448"/>
        <w:gridCol w:w="2448"/>
        <w:gridCol w:w="2448"/>
        <w:gridCol w:w="2448"/>
        <w:gridCol w:w="2448"/>
      </w:tblGrid>
      <w:tr>
        <w:tc>
          <w:tcPr>
            <w:tcW w:type="dxa" w:w="2448"/>
          </w:tcPr>
          <w:p>
            <w:r>
              <w:t>Programme</w:t>
            </w:r>
          </w:p>
        </w:tc>
        <w:tc>
          <w:tcPr>
            <w:tcW w:type="dxa" w:w="2448"/>
          </w:tcPr>
          <w:p>
            <w:r>
              <w:t>Pages</w:t>
            </w:r>
          </w:p>
        </w:tc>
        <w:tc>
          <w:tcPr>
            <w:tcW w:type="dxa" w:w="2448"/>
          </w:tcPr>
          <w:p>
            <w:r>
              <w:t>Lines</w:t>
            </w:r>
          </w:p>
        </w:tc>
        <w:tc>
          <w:tcPr>
            <w:tcW w:type="dxa" w:w="2448"/>
          </w:tcPr>
          <w:p>
            <w:r>
              <w:t>Words</w:t>
            </w:r>
          </w:p>
        </w:tc>
        <w:tc>
          <w:tcPr>
            <w:tcW w:type="dxa" w:w="2448"/>
          </w:tcPr>
          <w:p>
            <w:r>
              <w:t>Content Quality</w:t>
            </w:r>
          </w:p>
        </w:tc>
      </w:tr>
      <w:tr>
        <w:tc>
          <w:tcPr>
            <w:tcW w:type="dxa" w:w="2448"/>
          </w:tcPr>
          <w:p>
            <w:r>
              <w:t>A - B - M.Sc (Visual Communication) syllabus(1)</w:t>
            </w:r>
          </w:p>
        </w:tc>
        <w:tc>
          <w:tcPr>
            <w:tcW w:type="dxa" w:w="2448"/>
          </w:tcPr>
          <w:p>
            <w:r>
              <w:t>29</w:t>
            </w:r>
          </w:p>
        </w:tc>
        <w:tc>
          <w:tcPr>
            <w:tcW w:type="dxa" w:w="2448"/>
          </w:tcPr>
          <w:p>
            <w:r>
              <w:t>1420</w:t>
            </w:r>
          </w:p>
        </w:tc>
        <w:tc>
          <w:tcPr>
            <w:tcW w:type="dxa" w:w="2448"/>
          </w:tcPr>
          <w:p>
            <w:r>
              <w:t>8857</w:t>
            </w:r>
          </w:p>
        </w:tc>
        <w:tc>
          <w:tcPr>
            <w:tcW w:type="dxa" w:w="2448"/>
          </w:tcPr>
          <w:p>
            <w:r>
              <w:t>Good</w:t>
            </w:r>
          </w:p>
        </w:tc>
      </w:tr>
      <w:tr>
        <w:tc>
          <w:tcPr>
            <w:tcW w:type="dxa" w:w="2448"/>
          </w:tcPr>
          <w:p>
            <w:r>
              <w:t>M.PHIL_COMPUTER_APPLICATION</w:t>
            </w:r>
          </w:p>
        </w:tc>
        <w:tc>
          <w:tcPr>
            <w:tcW w:type="dxa" w:w="2448"/>
          </w:tcPr>
          <w:p>
            <w:r>
              <w:t>9</w:t>
            </w:r>
          </w:p>
        </w:tc>
        <w:tc>
          <w:tcPr>
            <w:tcW w:type="dxa" w:w="2448"/>
          </w:tcPr>
          <w:p>
            <w:r>
              <w:t>298</w:t>
            </w:r>
          </w:p>
        </w:tc>
        <w:tc>
          <w:tcPr>
            <w:tcW w:type="dxa" w:w="2448"/>
          </w:tcPr>
          <w:p>
            <w:r>
              <w:t>2246</w:t>
            </w:r>
          </w:p>
        </w:tc>
        <w:tc>
          <w:tcPr>
            <w:tcW w:type="dxa" w:w="2448"/>
          </w:tcPr>
          <w:p>
            <w:r>
              <w:t>Moderate</w:t>
            </w:r>
          </w:p>
        </w:tc>
      </w:tr>
      <w:tr>
        <w:tc>
          <w:tcPr>
            <w:tcW w:type="dxa" w:w="2448"/>
          </w:tcPr>
          <w:p>
            <w:r>
              <w:t>M.A._ECONOMICS(1)</w:t>
            </w:r>
          </w:p>
        </w:tc>
        <w:tc>
          <w:tcPr>
            <w:tcW w:type="dxa" w:w="2448"/>
          </w:tcPr>
          <w:p>
            <w:r>
              <w:t>84</w:t>
            </w:r>
          </w:p>
        </w:tc>
        <w:tc>
          <w:tcPr>
            <w:tcW w:type="dxa" w:w="2448"/>
          </w:tcPr>
          <w:p>
            <w:r>
              <w:t>4040</w:t>
            </w:r>
          </w:p>
        </w:tc>
        <w:tc>
          <w:tcPr>
            <w:tcW w:type="dxa" w:w="2448"/>
          </w:tcPr>
          <w:p>
            <w:r>
              <w:t>25571</w:t>
            </w:r>
          </w:p>
        </w:tc>
        <w:tc>
          <w:tcPr>
            <w:tcW w:type="dxa" w:w="2448"/>
          </w:tcPr>
          <w:p>
            <w:r>
              <w:t>Good</w:t>
            </w:r>
          </w:p>
        </w:tc>
      </w:tr>
      <w:tr>
        <w:tc>
          <w:tcPr>
            <w:tcW w:type="dxa" w:w="2448"/>
          </w:tcPr>
          <w:p>
            <w:r>
              <w:t>M.Phil._EDUCATION</w:t>
            </w:r>
          </w:p>
        </w:tc>
        <w:tc>
          <w:tcPr>
            <w:tcW w:type="dxa" w:w="2448"/>
          </w:tcPr>
          <w:p>
            <w:r>
              <w:t>17</w:t>
            </w:r>
          </w:p>
        </w:tc>
        <w:tc>
          <w:tcPr>
            <w:tcW w:type="dxa" w:w="2448"/>
          </w:tcPr>
          <w:p>
            <w:r>
              <w:t>721</w:t>
            </w:r>
          </w:p>
        </w:tc>
        <w:tc>
          <w:tcPr>
            <w:tcW w:type="dxa" w:w="2448"/>
          </w:tcPr>
          <w:p>
            <w:r>
              <w:t>4795</w:t>
            </w:r>
          </w:p>
        </w:tc>
        <w:tc>
          <w:tcPr>
            <w:tcW w:type="dxa" w:w="2448"/>
          </w:tcPr>
          <w:p>
            <w:r>
              <w:t>Moderate</w:t>
            </w:r>
          </w:p>
        </w:tc>
      </w:tr>
      <w:tr>
        <w:tc>
          <w:tcPr>
            <w:tcW w:type="dxa" w:w="2448"/>
          </w:tcPr>
          <w:p>
            <w:r>
              <w:t>M.COM_BANKING</w:t>
            </w:r>
          </w:p>
        </w:tc>
        <w:tc>
          <w:tcPr>
            <w:tcW w:type="dxa" w:w="2448"/>
          </w:tcPr>
          <w:p>
            <w:r>
              <w:t>23</w:t>
            </w:r>
          </w:p>
        </w:tc>
        <w:tc>
          <w:tcPr>
            <w:tcW w:type="dxa" w:w="2448"/>
          </w:tcPr>
          <w:p>
            <w:r>
              <w:t>1098</w:t>
            </w:r>
          </w:p>
        </w:tc>
        <w:tc>
          <w:tcPr>
            <w:tcW w:type="dxa" w:w="2448"/>
          </w:tcPr>
          <w:p>
            <w:r>
              <w:t>5664</w:t>
            </w:r>
          </w:p>
        </w:tc>
        <w:tc>
          <w:tcPr>
            <w:tcW w:type="dxa" w:w="2448"/>
          </w:tcPr>
          <w:p>
            <w:r>
              <w:t>Moderate</w:t>
            </w:r>
          </w:p>
        </w:tc>
      </w:tr>
      <w:tr>
        <w:tc>
          <w:tcPr>
            <w:tcW w:type="dxa" w:w="2448"/>
          </w:tcPr>
          <w:p>
            <w:r>
              <w:t>APPENDIX -G MCA (2Years) w.e.f. 2020-2021(1)</w:t>
            </w:r>
          </w:p>
        </w:tc>
        <w:tc>
          <w:tcPr>
            <w:tcW w:type="dxa" w:w="2448"/>
          </w:tcPr>
          <w:p>
            <w:r>
              <w:t>41</w:t>
            </w:r>
          </w:p>
        </w:tc>
        <w:tc>
          <w:tcPr>
            <w:tcW w:type="dxa" w:w="2448"/>
          </w:tcPr>
          <w:p>
            <w:r>
              <w:t>2437</w:t>
            </w:r>
          </w:p>
        </w:tc>
        <w:tc>
          <w:tcPr>
            <w:tcW w:type="dxa" w:w="2448"/>
          </w:tcPr>
          <w:p>
            <w:r>
              <w:t>9264</w:t>
            </w:r>
          </w:p>
        </w:tc>
        <w:tc>
          <w:tcPr>
            <w:tcW w:type="dxa" w:w="2448"/>
          </w:tcPr>
          <w:p>
            <w:r>
              <w:t>Moderate</w:t>
            </w:r>
          </w:p>
        </w:tc>
      </w:tr>
      <w:tr>
        <w:tc>
          <w:tcPr>
            <w:tcW w:type="dxa" w:w="2448"/>
          </w:tcPr>
          <w:p>
            <w:r>
              <w:t>M.A._ENGLISH(1)</w:t>
            </w:r>
          </w:p>
        </w:tc>
        <w:tc>
          <w:tcPr>
            <w:tcW w:type="dxa" w:w="2448"/>
          </w:tcPr>
          <w:p>
            <w:r>
              <w:t>43</w:t>
            </w:r>
          </w:p>
        </w:tc>
        <w:tc>
          <w:tcPr>
            <w:tcW w:type="dxa" w:w="2448"/>
          </w:tcPr>
          <w:p>
            <w:r>
              <w:t>2132</w:t>
            </w:r>
          </w:p>
        </w:tc>
        <w:tc>
          <w:tcPr>
            <w:tcW w:type="dxa" w:w="2448"/>
          </w:tcPr>
          <w:p>
            <w:r>
              <w:t>8415</w:t>
            </w:r>
          </w:p>
        </w:tc>
        <w:tc>
          <w:tcPr>
            <w:tcW w:type="dxa" w:w="2448"/>
          </w:tcPr>
          <w:p>
            <w:r>
              <w:t>Moderate</w:t>
            </w:r>
          </w:p>
        </w:tc>
      </w:tr>
      <w:tr>
        <w:tc>
          <w:tcPr>
            <w:tcW w:type="dxa" w:w="2448"/>
          </w:tcPr>
          <w:p>
            <w:r>
              <w:t>M.A._History_Syllabus</w:t>
            </w:r>
          </w:p>
        </w:tc>
        <w:tc>
          <w:tcPr>
            <w:tcW w:type="dxa" w:w="2448"/>
          </w:tcPr>
          <w:p>
            <w:r>
              <w:t>54</w:t>
            </w:r>
          </w:p>
        </w:tc>
        <w:tc>
          <w:tcPr>
            <w:tcW w:type="dxa" w:w="2448"/>
          </w:tcPr>
          <w:p>
            <w:r>
              <w:t>2682</w:t>
            </w:r>
          </w:p>
        </w:tc>
        <w:tc>
          <w:tcPr>
            <w:tcW w:type="dxa" w:w="2448"/>
          </w:tcPr>
          <w:p>
            <w:r>
              <w:t>14487</w:t>
            </w:r>
          </w:p>
        </w:tc>
        <w:tc>
          <w:tcPr>
            <w:tcW w:type="dxa" w:w="2448"/>
          </w:tcPr>
          <w:p>
            <w:r>
              <w:t>Moderate</w:t>
            </w:r>
          </w:p>
        </w:tc>
      </w:tr>
      <w:tr>
        <w:tc>
          <w:tcPr>
            <w:tcW w:type="dxa" w:w="2448"/>
          </w:tcPr>
          <w:p>
            <w:r>
              <w:t>M.A._TAMIL</w:t>
            </w:r>
          </w:p>
        </w:tc>
        <w:tc>
          <w:tcPr>
            <w:tcW w:type="dxa" w:w="2448"/>
          </w:tcPr>
          <w:p>
            <w:r>
              <w:t>29</w:t>
            </w:r>
          </w:p>
        </w:tc>
        <w:tc>
          <w:tcPr>
            <w:tcW w:type="dxa" w:w="2448"/>
          </w:tcPr>
          <w:p>
            <w:r>
              <w:t>1448</w:t>
            </w:r>
          </w:p>
        </w:tc>
        <w:tc>
          <w:tcPr>
            <w:tcW w:type="dxa" w:w="2448"/>
          </w:tcPr>
          <w:p>
            <w:r>
              <w:t>9588</w:t>
            </w:r>
          </w:p>
        </w:tc>
        <w:tc>
          <w:tcPr>
            <w:tcW w:type="dxa" w:w="2448"/>
          </w:tcPr>
          <w:p>
            <w:r>
              <w:t>Good</w:t>
            </w:r>
          </w:p>
        </w:tc>
      </w:tr>
      <w:tr>
        <w:tc>
          <w:tcPr>
            <w:tcW w:type="dxa" w:w="2448"/>
          </w:tcPr>
          <w:p>
            <w:r>
              <w:t>M.SC._BOTANY</w:t>
            </w:r>
          </w:p>
        </w:tc>
        <w:tc>
          <w:tcPr>
            <w:tcW w:type="dxa" w:w="2448"/>
          </w:tcPr>
          <w:p>
            <w:r>
              <w:t>31</w:t>
            </w:r>
          </w:p>
        </w:tc>
        <w:tc>
          <w:tcPr>
            <w:tcW w:type="dxa" w:w="2448"/>
          </w:tcPr>
          <w:p>
            <w:r>
              <w:t>1456</w:t>
            </w:r>
          </w:p>
        </w:tc>
        <w:tc>
          <w:tcPr>
            <w:tcW w:type="dxa" w:w="2448"/>
          </w:tcPr>
          <w:p>
            <w:r>
              <w:t>9193</w:t>
            </w:r>
          </w:p>
        </w:tc>
        <w:tc>
          <w:tcPr>
            <w:tcW w:type="dxa" w:w="2448"/>
          </w:tcPr>
          <w:p>
            <w:r>
              <w:t>Moderate</w:t>
            </w:r>
          </w:p>
        </w:tc>
      </w:tr>
      <w:tr>
        <w:tc>
          <w:tcPr>
            <w:tcW w:type="dxa" w:w="2448"/>
          </w:tcPr>
          <w:p>
            <w:r>
              <w:t>M.SC._BIOCHEMISTRY</w:t>
            </w:r>
          </w:p>
        </w:tc>
        <w:tc>
          <w:tcPr>
            <w:tcW w:type="dxa" w:w="2448"/>
          </w:tcPr>
          <w:p>
            <w:r>
              <w:t>27</w:t>
            </w:r>
          </w:p>
        </w:tc>
        <w:tc>
          <w:tcPr>
            <w:tcW w:type="dxa" w:w="2448"/>
          </w:tcPr>
          <w:p>
            <w:r>
              <w:t>1166</w:t>
            </w:r>
          </w:p>
        </w:tc>
        <w:tc>
          <w:tcPr>
            <w:tcW w:type="dxa" w:w="2448"/>
          </w:tcPr>
          <w:p>
            <w:r>
              <w:t>6974</w:t>
            </w:r>
          </w:p>
        </w:tc>
        <w:tc>
          <w:tcPr>
            <w:tcW w:type="dxa" w:w="2448"/>
          </w:tcPr>
          <w:p>
            <w:r>
              <w:t>Moderate</w:t>
            </w:r>
          </w:p>
        </w:tc>
      </w:tr>
      <w:tr>
        <w:tc>
          <w:tcPr>
            <w:tcW w:type="dxa" w:w="2448"/>
          </w:tcPr>
          <w:p>
            <w:r>
              <w:t>M.A._SOCIAL_WORK</w:t>
            </w:r>
          </w:p>
        </w:tc>
        <w:tc>
          <w:tcPr>
            <w:tcW w:type="dxa" w:w="2448"/>
          </w:tcPr>
          <w:p>
            <w:r>
              <w:t>43</w:t>
            </w:r>
          </w:p>
        </w:tc>
        <w:tc>
          <w:tcPr>
            <w:tcW w:type="dxa" w:w="2448"/>
          </w:tcPr>
          <w:p>
            <w:r>
              <w:t>1637</w:t>
            </w:r>
          </w:p>
        </w:tc>
        <w:tc>
          <w:tcPr>
            <w:tcW w:type="dxa" w:w="2448"/>
          </w:tcPr>
          <w:p>
            <w:r>
              <w:t>11854</w:t>
            </w:r>
          </w:p>
        </w:tc>
        <w:tc>
          <w:tcPr>
            <w:tcW w:type="dxa" w:w="2448"/>
          </w:tcPr>
          <w:p>
            <w:r>
              <w:t>Moderate</w:t>
            </w:r>
          </w:p>
        </w:tc>
      </w:tr>
      <w:tr>
        <w:tc>
          <w:tcPr>
            <w:tcW w:type="dxa" w:w="2448"/>
          </w:tcPr>
          <w:p>
            <w:r>
              <w:t>M.Sc._COMPUTER SCIENCE</w:t>
            </w:r>
          </w:p>
        </w:tc>
        <w:tc>
          <w:tcPr>
            <w:tcW w:type="dxa" w:w="2448"/>
          </w:tcPr>
          <w:p>
            <w:r>
              <w:t>43</w:t>
            </w:r>
          </w:p>
        </w:tc>
        <w:tc>
          <w:tcPr>
            <w:tcW w:type="dxa" w:w="2448"/>
          </w:tcPr>
          <w:p>
            <w:r>
              <w:t>2199</w:t>
            </w:r>
          </w:p>
        </w:tc>
        <w:tc>
          <w:tcPr>
            <w:tcW w:type="dxa" w:w="2448"/>
          </w:tcPr>
          <w:p>
            <w:r>
              <w:t>11543</w:t>
            </w:r>
          </w:p>
        </w:tc>
        <w:tc>
          <w:tcPr>
            <w:tcW w:type="dxa" w:w="2448"/>
          </w:tcPr>
          <w:p>
            <w:r>
              <w:t>Moderate</w:t>
            </w:r>
          </w:p>
        </w:tc>
      </w:tr>
      <w:tr>
        <w:tc>
          <w:tcPr>
            <w:tcW w:type="dxa" w:w="2448"/>
          </w:tcPr>
          <w:p>
            <w:r>
              <w:t>M.Sc (Psychology) - APPENDIX  - C</w:t>
            </w:r>
          </w:p>
        </w:tc>
        <w:tc>
          <w:tcPr>
            <w:tcW w:type="dxa" w:w="2448"/>
          </w:tcPr>
          <w:p>
            <w:r>
              <w:t>27</w:t>
            </w:r>
          </w:p>
        </w:tc>
        <w:tc>
          <w:tcPr>
            <w:tcW w:type="dxa" w:w="2448"/>
          </w:tcPr>
          <w:p>
            <w:r>
              <w:t>1289</w:t>
            </w:r>
          </w:p>
        </w:tc>
        <w:tc>
          <w:tcPr>
            <w:tcW w:type="dxa" w:w="2448"/>
          </w:tcPr>
          <w:p>
            <w:r>
              <w:t>9666</w:t>
            </w:r>
          </w:p>
        </w:tc>
        <w:tc>
          <w:tcPr>
            <w:tcW w:type="dxa" w:w="2448"/>
          </w:tcPr>
          <w:p>
            <w:r>
              <w:t>Good</w:t>
            </w:r>
          </w:p>
        </w:tc>
      </w:tr>
      <w:tr>
        <w:tc>
          <w:tcPr>
            <w:tcW w:type="dxa" w:w="2448"/>
          </w:tcPr>
          <w:p>
            <w:r>
              <w:t>M.Sc. (Forensic Science and Criminology)-Syllabus</w:t>
            </w:r>
          </w:p>
        </w:tc>
        <w:tc>
          <w:tcPr>
            <w:tcW w:type="dxa" w:w="2448"/>
          </w:tcPr>
          <w:p>
            <w:r>
              <w:t>22</w:t>
            </w:r>
          </w:p>
        </w:tc>
        <w:tc>
          <w:tcPr>
            <w:tcW w:type="dxa" w:w="2448"/>
          </w:tcPr>
          <w:p>
            <w:r>
              <w:t>1112</w:t>
            </w:r>
          </w:p>
        </w:tc>
        <w:tc>
          <w:tcPr>
            <w:tcW w:type="dxa" w:w="2448"/>
          </w:tcPr>
          <w:p>
            <w:r>
              <w:t>8566</w:t>
            </w:r>
          </w:p>
        </w:tc>
        <w:tc>
          <w:tcPr>
            <w:tcW w:type="dxa" w:w="2448"/>
          </w:tcPr>
          <w:p>
            <w:r>
              <w:t>Good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