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100 Multiple Choice Questions</w:t>
        <w:br/>
        <w:t>M.A. Economics (MKU) Syllabus</w:t>
      </w:r>
    </w:p>
    <w:p>
      <w:pPr>
        <w:pStyle w:val="Heading2"/>
      </w:pPr>
      <w:r>
        <w:t>Micro Economics</w:t>
      </w:r>
    </w:p>
    <w:p>
      <w:r>
        <w:t>1. Which concept explains consumer satisfaction?</w:t>
        <w:br/>
        <w:t>A) Utility  B) Inflation  C) GDP  D) Deficit</w:t>
        <w:br/>
        <w:t>Answer: A</w:t>
      </w:r>
    </w:p>
    <w:p>
      <w:r>
        <w:t>2. Which concept explains consumer satisfaction?</w:t>
        <w:br/>
        <w:t>A) Utility  B) Inflation  C) GDP  D) Deficit</w:t>
        <w:br/>
        <w:t>Answer: A</w:t>
      </w:r>
    </w:p>
    <w:p>
      <w:r>
        <w:t>3. Which concept explains consumer satisfaction?</w:t>
        <w:br/>
        <w:t>A) Utility  B) Inflation  C) GDP  D) Deficit</w:t>
        <w:br/>
        <w:t>Answer: A</w:t>
      </w:r>
    </w:p>
    <w:p>
      <w:r>
        <w:t>4. Which concept explains consumer satisfaction?</w:t>
        <w:br/>
        <w:t>A) Utility  B) Inflation  C) GDP  D) Deficit</w:t>
        <w:br/>
        <w:t>Answer: A</w:t>
      </w:r>
    </w:p>
    <w:p>
      <w:r>
        <w:t>5. Which concept explains consumer satisfaction?</w:t>
        <w:br/>
        <w:t>A) Utility  B) Inflation  C) GDP  D) Deficit</w:t>
        <w:br/>
        <w:t>Answer: A</w:t>
      </w:r>
    </w:p>
    <w:p>
      <w:r>
        <w:t>6. Which concept explains consumer satisfaction?</w:t>
        <w:br/>
        <w:t>A) Utility  B) Inflation  C) GDP  D) Deficit</w:t>
        <w:br/>
        <w:t>Answer: A</w:t>
      </w:r>
    </w:p>
    <w:p>
      <w:r>
        <w:t>7. Which concept explains consumer satisfaction?</w:t>
        <w:br/>
        <w:t>A) Utility  B) Inflation  C) GDP  D) Deficit</w:t>
        <w:br/>
        <w:t>Answer: A</w:t>
      </w:r>
    </w:p>
    <w:p>
      <w:r>
        <w:t>8. Which concept explains consumer satisfaction?</w:t>
        <w:br/>
        <w:t>A) Utility  B) Inflation  C) GDP  D) Deficit</w:t>
        <w:br/>
        <w:t>Answer: A</w:t>
      </w:r>
    </w:p>
    <w:p>
      <w:r>
        <w:t>9. Which concept explains consumer satisfaction?</w:t>
        <w:br/>
        <w:t>A) Utility  B) Inflation  C) GDP  D) Deficit</w:t>
        <w:br/>
        <w:t>Answer: A</w:t>
      </w:r>
    </w:p>
    <w:p>
      <w:r>
        <w:t>10. Which concept explains consumer satisfaction?</w:t>
        <w:br/>
        <w:t>A) Utility  B) Inflation  C) GDP  D) Deficit</w:t>
        <w:br/>
        <w:t>Answer: A</w:t>
      </w:r>
    </w:p>
    <w:p>
      <w:pPr>
        <w:pStyle w:val="Heading2"/>
      </w:pPr>
      <w:r>
        <w:t>Macro Economics</w:t>
      </w:r>
    </w:p>
    <w:p>
      <w:r>
        <w:t>11. IS-LM model explains equilibrium in:</w:t>
        <w:br/>
        <w:t>A) Labour market B) Product and money markets C) Forex market D) Commodity exchange</w:t>
        <w:br/>
        <w:t>Answer: B</w:t>
      </w:r>
    </w:p>
    <w:p>
      <w:r>
        <w:t>12. IS-LM model explains equilibrium in:</w:t>
        <w:br/>
        <w:t>A) Labour market B) Product and money markets C) Forex market D) Commodity exchange</w:t>
        <w:br/>
        <w:t>Answer: B</w:t>
      </w:r>
    </w:p>
    <w:p>
      <w:r>
        <w:t>13. IS-LM model explains equilibrium in:</w:t>
        <w:br/>
        <w:t>A) Labour market B) Product and money markets C) Forex market D) Commodity exchange</w:t>
        <w:br/>
        <w:t>Answer: B</w:t>
      </w:r>
    </w:p>
    <w:p>
      <w:r>
        <w:t>14. IS-LM model explains equilibrium in:</w:t>
        <w:br/>
        <w:t>A) Labour market B) Product and money markets C) Forex market D) Commodity exchange</w:t>
        <w:br/>
        <w:t>Answer: B</w:t>
      </w:r>
    </w:p>
    <w:p>
      <w:r>
        <w:t>15. IS-LM model explains equilibrium in:</w:t>
        <w:br/>
        <w:t>A) Labour market B) Product and money markets C) Forex market D) Commodity exchange</w:t>
        <w:br/>
        <w:t>Answer: B</w:t>
      </w:r>
    </w:p>
    <w:p>
      <w:r>
        <w:t>16. IS-LM model explains equilibrium in:</w:t>
        <w:br/>
        <w:t>A) Labour market B) Product and money markets C) Forex market D) Commodity exchange</w:t>
        <w:br/>
        <w:t>Answer: B</w:t>
      </w:r>
    </w:p>
    <w:p>
      <w:r>
        <w:t>17. IS-LM model explains equilibrium in:</w:t>
        <w:br/>
        <w:t>A) Labour market B) Product and money markets C) Forex market D) Commodity exchange</w:t>
        <w:br/>
        <w:t>Answer: B</w:t>
      </w:r>
    </w:p>
    <w:p>
      <w:r>
        <w:t>18. IS-LM model explains equilibrium in:</w:t>
        <w:br/>
        <w:t>A) Labour market B) Product and money markets C) Forex market D) Commodity exchange</w:t>
        <w:br/>
        <w:t>Answer: B</w:t>
      </w:r>
    </w:p>
    <w:p>
      <w:r>
        <w:t>19. IS-LM model explains equilibrium in:</w:t>
        <w:br/>
        <w:t>A) Labour market B) Product and money markets C) Forex market D) Commodity exchange</w:t>
        <w:br/>
        <w:t>Answer: B</w:t>
      </w:r>
    </w:p>
    <w:p>
      <w:r>
        <w:t>20. IS-LM model explains equilibrium in:</w:t>
        <w:br/>
        <w:t>A) Labour market B) Product and money markets C) Forex market D) Commodity exchange</w:t>
        <w:br/>
        <w:t>Answer: B</w:t>
      </w:r>
    </w:p>
    <w:p>
      <w:pPr>
        <w:pStyle w:val="Heading2"/>
      </w:pPr>
      <w:r>
        <w:t>Mathematical Economics</w:t>
      </w:r>
    </w:p>
    <w:p>
      <w:r>
        <w:t>21. Cobb-Douglas production function measures:</w:t>
        <w:br/>
        <w:t>A) Utility B) Production relationship C) Inflation D) Taxation</w:t>
        <w:br/>
        <w:t>Answer: B</w:t>
      </w:r>
    </w:p>
    <w:p>
      <w:r>
        <w:t>22. Cobb-Douglas production function measures:</w:t>
        <w:br/>
        <w:t>A) Utility B) Production relationship C) Inflation D) Taxation</w:t>
        <w:br/>
        <w:t>Answer: B</w:t>
      </w:r>
    </w:p>
    <w:p>
      <w:r>
        <w:t>23. Cobb-Douglas production function measures:</w:t>
        <w:br/>
        <w:t>A) Utility B) Production relationship C) Inflation D) Taxation</w:t>
        <w:br/>
        <w:t>Answer: B</w:t>
      </w:r>
    </w:p>
    <w:p>
      <w:r>
        <w:t>24. Cobb-Douglas production function measures:</w:t>
        <w:br/>
        <w:t>A) Utility B) Production relationship C) Inflation D) Taxation</w:t>
        <w:br/>
        <w:t>Answer: B</w:t>
      </w:r>
    </w:p>
    <w:p>
      <w:r>
        <w:t>25. Cobb-Douglas production function measures:</w:t>
        <w:br/>
        <w:t>A) Utility B) Production relationship C) Inflation D) Taxation</w:t>
        <w:br/>
        <w:t>Answer: B</w:t>
      </w:r>
    </w:p>
    <w:p>
      <w:r>
        <w:t>26. Cobb-Douglas production function measures:</w:t>
        <w:br/>
        <w:t>A) Utility B) Production relationship C) Inflation D) Taxation</w:t>
        <w:br/>
        <w:t>Answer: B</w:t>
      </w:r>
    </w:p>
    <w:p>
      <w:r>
        <w:t>27. Cobb-Douglas production function measures:</w:t>
        <w:br/>
        <w:t>A) Utility B) Production relationship C) Inflation D) Taxation</w:t>
        <w:br/>
        <w:t>Answer: B</w:t>
      </w:r>
    </w:p>
    <w:p>
      <w:r>
        <w:t>28. Cobb-Douglas production function measures:</w:t>
        <w:br/>
        <w:t>A) Utility B) Production relationship C) Inflation D) Taxation</w:t>
        <w:br/>
        <w:t>Answer: B</w:t>
      </w:r>
    </w:p>
    <w:p>
      <w:r>
        <w:t>29. Cobb-Douglas production function measures:</w:t>
        <w:br/>
        <w:t>A) Utility B) Production relationship C) Inflation D) Taxation</w:t>
        <w:br/>
        <w:t>Answer: B</w:t>
      </w:r>
    </w:p>
    <w:p>
      <w:r>
        <w:t>30. Cobb-Douglas production function measures:</w:t>
        <w:br/>
        <w:t>A) Utility B) Production relationship C) Inflation D) Taxation</w:t>
        <w:br/>
        <w:t>Answer: B</w:t>
      </w:r>
    </w:p>
    <w:p>
      <w:pPr>
        <w:pStyle w:val="Heading2"/>
      </w:pPr>
      <w:r>
        <w:t>Econometrics</w:t>
      </w:r>
    </w:p>
    <w:p>
      <w:r>
        <w:t>31. Regression analysis is mainly used for:</w:t>
        <w:br/>
        <w:t>A) Forecasting B) Tax collection C) Budgeting D) Trade policy</w:t>
        <w:br/>
        <w:t>Answer: A</w:t>
      </w:r>
    </w:p>
    <w:p>
      <w:r>
        <w:t>32. Regression analysis is mainly used for:</w:t>
        <w:br/>
        <w:t>A) Forecasting B) Tax collection C) Budgeting D) Trade policy</w:t>
        <w:br/>
        <w:t>Answer: A</w:t>
      </w:r>
    </w:p>
    <w:p>
      <w:r>
        <w:t>33. Regression analysis is mainly used for:</w:t>
        <w:br/>
        <w:t>A) Forecasting B) Tax collection C) Budgeting D) Trade policy</w:t>
        <w:br/>
        <w:t>Answer: A</w:t>
      </w:r>
    </w:p>
    <w:p>
      <w:r>
        <w:t>34. Regression analysis is mainly used for:</w:t>
        <w:br/>
        <w:t>A) Forecasting B) Tax collection C) Budgeting D) Trade policy</w:t>
        <w:br/>
        <w:t>Answer: A</w:t>
      </w:r>
    </w:p>
    <w:p>
      <w:r>
        <w:t>35. Regression analysis is mainly used for:</w:t>
        <w:br/>
        <w:t>A) Forecasting B) Tax collection C) Budgeting D) Trade policy</w:t>
        <w:br/>
        <w:t>Answer: A</w:t>
      </w:r>
    </w:p>
    <w:p>
      <w:r>
        <w:t>36. Regression analysis is mainly used for:</w:t>
        <w:br/>
        <w:t>A) Forecasting B) Tax collection C) Budgeting D) Trade policy</w:t>
        <w:br/>
        <w:t>Answer: A</w:t>
      </w:r>
    </w:p>
    <w:p>
      <w:r>
        <w:t>37. Regression analysis is mainly used for:</w:t>
        <w:br/>
        <w:t>A) Forecasting B) Tax collection C) Budgeting D) Trade policy</w:t>
        <w:br/>
        <w:t>Answer: A</w:t>
      </w:r>
    </w:p>
    <w:p>
      <w:r>
        <w:t>38. Regression analysis is mainly used for:</w:t>
        <w:br/>
        <w:t>A) Forecasting B) Tax collection C) Budgeting D) Trade policy</w:t>
        <w:br/>
        <w:t>Answer: A</w:t>
      </w:r>
    </w:p>
    <w:p>
      <w:r>
        <w:t>39. Regression analysis is mainly used for:</w:t>
        <w:br/>
        <w:t>A) Forecasting B) Tax collection C) Budgeting D) Trade policy</w:t>
        <w:br/>
        <w:t>Answer: A</w:t>
      </w:r>
    </w:p>
    <w:p>
      <w:r>
        <w:t>40. Regression analysis is mainly used for:</w:t>
        <w:br/>
        <w:t>A) Forecasting B) Tax collection C) Budgeting D) Trade policy</w:t>
        <w:br/>
        <w:t>Answer: A</w:t>
      </w:r>
    </w:p>
    <w:p>
      <w:pPr>
        <w:pStyle w:val="Heading2"/>
      </w:pPr>
      <w:r>
        <w:t>Growth &amp; Development</w:t>
      </w:r>
    </w:p>
    <w:p>
      <w:r>
        <w:t>41. HDI includes:</w:t>
        <w:br/>
        <w:t>A) Income only B) Education, Health and Income C) Trade D) Tax</w:t>
        <w:br/>
        <w:t>Answer: B</w:t>
      </w:r>
    </w:p>
    <w:p>
      <w:r>
        <w:t>42. HDI includes:</w:t>
        <w:br/>
        <w:t>A) Income only B) Education, Health and Income C) Trade D) Tax</w:t>
        <w:br/>
        <w:t>Answer: B</w:t>
      </w:r>
    </w:p>
    <w:p>
      <w:r>
        <w:t>43. HDI includes:</w:t>
        <w:br/>
        <w:t>A) Income only B) Education, Health and Income C) Trade D) Tax</w:t>
        <w:br/>
        <w:t>Answer: B</w:t>
      </w:r>
    </w:p>
    <w:p>
      <w:r>
        <w:t>44. HDI includes:</w:t>
        <w:br/>
        <w:t>A) Income only B) Education, Health and Income C) Trade D) Tax</w:t>
        <w:br/>
        <w:t>Answer: B</w:t>
      </w:r>
    </w:p>
    <w:p>
      <w:r>
        <w:t>45. HDI includes:</w:t>
        <w:br/>
        <w:t>A) Income only B) Education, Health and Income C) Trade D) Tax</w:t>
        <w:br/>
        <w:t>Answer: B</w:t>
      </w:r>
    </w:p>
    <w:p>
      <w:r>
        <w:t>46. HDI includes:</w:t>
        <w:br/>
        <w:t>A) Income only B) Education, Health and Income C) Trade D) Tax</w:t>
        <w:br/>
        <w:t>Answer: B</w:t>
      </w:r>
    </w:p>
    <w:p>
      <w:r>
        <w:t>47. HDI includes:</w:t>
        <w:br/>
        <w:t>A) Income only B) Education, Health and Income C) Trade D) Tax</w:t>
        <w:br/>
        <w:t>Answer: B</w:t>
      </w:r>
    </w:p>
    <w:p>
      <w:r>
        <w:t>48. HDI includes:</w:t>
        <w:br/>
        <w:t>A) Income only B) Education, Health and Income C) Trade D) Tax</w:t>
        <w:br/>
        <w:t>Answer: B</w:t>
      </w:r>
    </w:p>
    <w:p>
      <w:r>
        <w:t>49. HDI includes:</w:t>
        <w:br/>
        <w:t>A) Income only B) Education, Health and Income C) Trade D) Tax</w:t>
        <w:br/>
        <w:t>Answer: B</w:t>
      </w:r>
    </w:p>
    <w:p>
      <w:r>
        <w:t>50. HDI includes:</w:t>
        <w:br/>
        <w:t>A) Income only B) Education, Health and Income C) Trade D) Tax</w:t>
        <w:br/>
        <w:t>Answer: B</w:t>
      </w:r>
    </w:p>
    <w:p>
      <w:pPr>
        <w:pStyle w:val="Heading2"/>
      </w:pPr>
      <w:r>
        <w:t>Public Economics</w:t>
      </w:r>
    </w:p>
    <w:p>
      <w:r>
        <w:t>51. GST is an example of:</w:t>
        <w:br/>
        <w:t>A) Direct tax B) Indirect tax C) Wealth tax D) Property tax</w:t>
        <w:br/>
        <w:t>Answer: B</w:t>
      </w:r>
    </w:p>
    <w:p>
      <w:r>
        <w:t>52. GST is an example of:</w:t>
        <w:br/>
        <w:t>A) Direct tax B) Indirect tax C) Wealth tax D) Property tax</w:t>
        <w:br/>
        <w:t>Answer: B</w:t>
      </w:r>
    </w:p>
    <w:p>
      <w:r>
        <w:t>53. GST is an example of:</w:t>
        <w:br/>
        <w:t>A) Direct tax B) Indirect tax C) Wealth tax D) Property tax</w:t>
        <w:br/>
        <w:t>Answer: B</w:t>
      </w:r>
    </w:p>
    <w:p>
      <w:r>
        <w:t>54. GST is an example of:</w:t>
        <w:br/>
        <w:t>A) Direct tax B) Indirect tax C) Wealth tax D) Property tax</w:t>
        <w:br/>
        <w:t>Answer: B</w:t>
      </w:r>
    </w:p>
    <w:p>
      <w:r>
        <w:t>55. GST is an example of:</w:t>
        <w:br/>
        <w:t>A) Direct tax B) Indirect tax C) Wealth tax D) Property tax</w:t>
        <w:br/>
        <w:t>Answer: B</w:t>
      </w:r>
    </w:p>
    <w:p>
      <w:r>
        <w:t>56. GST is an example of:</w:t>
        <w:br/>
        <w:t>A) Direct tax B) Indirect tax C) Wealth tax D) Property tax</w:t>
        <w:br/>
        <w:t>Answer: B</w:t>
      </w:r>
    </w:p>
    <w:p>
      <w:r>
        <w:t>57. GST is an example of:</w:t>
        <w:br/>
        <w:t>A) Direct tax B) Indirect tax C) Wealth tax D) Property tax</w:t>
        <w:br/>
        <w:t>Answer: B</w:t>
      </w:r>
    </w:p>
    <w:p>
      <w:r>
        <w:t>58. GST is an example of:</w:t>
        <w:br/>
        <w:t>A) Direct tax B) Indirect tax C) Wealth tax D) Property tax</w:t>
        <w:br/>
        <w:t>Answer: B</w:t>
      </w:r>
    </w:p>
    <w:p>
      <w:r>
        <w:t>59. GST is an example of:</w:t>
        <w:br/>
        <w:t>A) Direct tax B) Indirect tax C) Wealth tax D) Property tax</w:t>
        <w:br/>
        <w:t>Answer: B</w:t>
      </w:r>
    </w:p>
    <w:p>
      <w:r>
        <w:t>60. GST is an example of:</w:t>
        <w:br/>
        <w:t>A) Direct tax B) Indirect tax C) Wealth tax D) Property tax</w:t>
        <w:br/>
        <w:t>Answer: B</w:t>
      </w:r>
    </w:p>
    <w:p>
      <w:pPr>
        <w:pStyle w:val="Heading2"/>
      </w:pPr>
      <w:r>
        <w:t>Research Methodology</w:t>
      </w:r>
    </w:p>
    <w:p>
      <w:r>
        <w:t>61. Primary data are collected by:</w:t>
        <w:br/>
        <w:t>A) Survey B) Newspaper C) Website only D) Textbook</w:t>
        <w:br/>
        <w:t>Answer: A</w:t>
      </w:r>
    </w:p>
    <w:p>
      <w:r>
        <w:t>62. Primary data are collected by:</w:t>
        <w:br/>
        <w:t>A) Survey B) Newspaper C) Website only D) Textbook</w:t>
        <w:br/>
        <w:t>Answer: A</w:t>
      </w:r>
    </w:p>
    <w:p>
      <w:r>
        <w:t>63. Primary data are collected by:</w:t>
        <w:br/>
        <w:t>A) Survey B) Newspaper C) Website only D) Textbook</w:t>
        <w:br/>
        <w:t>Answer: A</w:t>
      </w:r>
    </w:p>
    <w:p>
      <w:r>
        <w:t>64. Primary data are collected by:</w:t>
        <w:br/>
        <w:t>A) Survey B) Newspaper C) Website only D) Textbook</w:t>
        <w:br/>
        <w:t>Answer: A</w:t>
      </w:r>
    </w:p>
    <w:p>
      <w:r>
        <w:t>65. Primary data are collected by:</w:t>
        <w:br/>
        <w:t>A) Survey B) Newspaper C) Website only D) Textbook</w:t>
        <w:br/>
        <w:t>Answer: A</w:t>
      </w:r>
    </w:p>
    <w:p>
      <w:r>
        <w:t>66. Primary data are collected by:</w:t>
        <w:br/>
        <w:t>A) Survey B) Newspaper C) Website only D) Textbook</w:t>
        <w:br/>
        <w:t>Answer: A</w:t>
      </w:r>
    </w:p>
    <w:p>
      <w:r>
        <w:t>67. Primary data are collected by:</w:t>
        <w:br/>
        <w:t>A) Survey B) Newspaper C) Website only D) Textbook</w:t>
        <w:br/>
        <w:t>Answer: A</w:t>
      </w:r>
    </w:p>
    <w:p>
      <w:r>
        <w:t>68. Primary data are collected by:</w:t>
        <w:br/>
        <w:t>A) Survey B) Newspaper C) Website only D) Textbook</w:t>
        <w:br/>
        <w:t>Answer: A</w:t>
      </w:r>
    </w:p>
    <w:p>
      <w:r>
        <w:t>69. Primary data are collected by:</w:t>
        <w:br/>
        <w:t>A) Survey B) Newspaper C) Website only D) Textbook</w:t>
        <w:br/>
        <w:t>Answer: A</w:t>
      </w:r>
    </w:p>
    <w:p>
      <w:r>
        <w:t>70. Primary data are collected by:</w:t>
        <w:br/>
        <w:t>A) Survey B) Newspaper C) Website only D) Textbook</w:t>
        <w:br/>
        <w:t>Answer: A</w:t>
      </w:r>
    </w:p>
    <w:p>
      <w:pPr>
        <w:pStyle w:val="Heading2"/>
      </w:pPr>
      <w:r>
        <w:t>International Economics</w:t>
      </w:r>
    </w:p>
    <w:p>
      <w:r>
        <w:t>71. WTO mainly promotes:</w:t>
        <w:br/>
        <w:t>A) Tourism B) International trade C) Defence D) Banking</w:t>
        <w:br/>
        <w:t>Answer: B</w:t>
      </w:r>
    </w:p>
    <w:p>
      <w:r>
        <w:t>72. WTO mainly promotes:</w:t>
        <w:br/>
        <w:t>A) Tourism B) International trade C) Defence D) Banking</w:t>
        <w:br/>
        <w:t>Answer: B</w:t>
      </w:r>
    </w:p>
    <w:p>
      <w:r>
        <w:t>73. WTO mainly promotes:</w:t>
        <w:br/>
        <w:t>A) Tourism B) International trade C) Defence D) Banking</w:t>
        <w:br/>
        <w:t>Answer: B</w:t>
      </w:r>
    </w:p>
    <w:p>
      <w:r>
        <w:t>74. WTO mainly promotes:</w:t>
        <w:br/>
        <w:t>A) Tourism B) International trade C) Defence D) Banking</w:t>
        <w:br/>
        <w:t>Answer: B</w:t>
      </w:r>
    </w:p>
    <w:p>
      <w:r>
        <w:t>75. WTO mainly promotes:</w:t>
        <w:br/>
        <w:t>A) Tourism B) International trade C) Defence D) Banking</w:t>
        <w:br/>
        <w:t>Answer: B</w:t>
      </w:r>
    </w:p>
    <w:p>
      <w:r>
        <w:t>76. WTO mainly promotes:</w:t>
        <w:br/>
        <w:t>A) Tourism B) International trade C) Defence D) Banking</w:t>
        <w:br/>
        <w:t>Answer: B</w:t>
      </w:r>
    </w:p>
    <w:p>
      <w:r>
        <w:t>77. WTO mainly promotes:</w:t>
        <w:br/>
        <w:t>A) Tourism B) International trade C) Defence D) Banking</w:t>
        <w:br/>
        <w:t>Answer: B</w:t>
      </w:r>
    </w:p>
    <w:p>
      <w:r>
        <w:t>78. WTO mainly promotes:</w:t>
        <w:br/>
        <w:t>A) Tourism B) International trade C) Defence D) Banking</w:t>
        <w:br/>
        <w:t>Answer: B</w:t>
      </w:r>
    </w:p>
    <w:p>
      <w:r>
        <w:t>79. WTO mainly promotes:</w:t>
        <w:br/>
        <w:t>A) Tourism B) International trade C) Defence D) Banking</w:t>
        <w:br/>
        <w:t>Answer: B</w:t>
      </w:r>
    </w:p>
    <w:p>
      <w:r>
        <w:t>80. WTO mainly promotes:</w:t>
        <w:br/>
        <w:t>A) Tourism B) International trade C) Defence D) Banking</w:t>
        <w:br/>
        <w:t>Answer: B</w:t>
      </w:r>
    </w:p>
    <w:p>
      <w:pPr>
        <w:pStyle w:val="Heading2"/>
      </w:pPr>
      <w:r>
        <w:t>Monetary Economics</w:t>
      </w:r>
    </w:p>
    <w:p>
      <w:r>
        <w:t>81. Repo rate is fixed by:</w:t>
        <w:br/>
        <w:t>A) SEBI B) RBI C) NABARD D) SBI</w:t>
        <w:br/>
        <w:t>Answer: B</w:t>
      </w:r>
    </w:p>
    <w:p>
      <w:r>
        <w:t>82. Repo rate is fixed by:</w:t>
        <w:br/>
        <w:t>A) SEBI B) RBI C) NABARD D) SBI</w:t>
        <w:br/>
        <w:t>Answer: B</w:t>
      </w:r>
    </w:p>
    <w:p>
      <w:r>
        <w:t>83. Repo rate is fixed by:</w:t>
        <w:br/>
        <w:t>A) SEBI B) RBI C) NABARD D) SBI</w:t>
        <w:br/>
        <w:t>Answer: B</w:t>
      </w:r>
    </w:p>
    <w:p>
      <w:r>
        <w:t>84. Repo rate is fixed by:</w:t>
        <w:br/>
        <w:t>A) SEBI B) RBI C) NABARD D) SBI</w:t>
        <w:br/>
        <w:t>Answer: B</w:t>
      </w:r>
    </w:p>
    <w:p>
      <w:r>
        <w:t>85. Repo rate is fixed by:</w:t>
        <w:br/>
        <w:t>A) SEBI B) RBI C) NABARD D) SBI</w:t>
        <w:br/>
        <w:t>Answer: B</w:t>
      </w:r>
    </w:p>
    <w:p>
      <w:r>
        <w:t>86. Repo rate is fixed by:</w:t>
        <w:br/>
        <w:t>A) SEBI B) RBI C) NABARD D) SBI</w:t>
        <w:br/>
        <w:t>Answer: B</w:t>
      </w:r>
    </w:p>
    <w:p>
      <w:r>
        <w:t>87. Repo rate is fixed by:</w:t>
        <w:br/>
        <w:t>A) SEBI B) RBI C) NABARD D) SBI</w:t>
        <w:br/>
        <w:t>Answer: B</w:t>
      </w:r>
    </w:p>
    <w:p>
      <w:r>
        <w:t>88. Repo rate is fixed by:</w:t>
        <w:br/>
        <w:t>A) SEBI B) RBI C) NABARD D) SBI</w:t>
        <w:br/>
        <w:t>Answer: B</w:t>
      </w:r>
    </w:p>
    <w:p>
      <w:r>
        <w:t>89. Repo rate is fixed by:</w:t>
        <w:br/>
        <w:t>A) SEBI B) RBI C) NABARD D) SBI</w:t>
        <w:br/>
        <w:t>Answer: B</w:t>
      </w:r>
    </w:p>
    <w:p>
      <w:r>
        <w:t>90. Repo rate is fixed by:</w:t>
        <w:br/>
        <w:t>A) SEBI B) RBI C) NABARD D) SBI</w:t>
        <w:br/>
        <w:t>Answer: B</w:t>
      </w:r>
    </w:p>
    <w:p>
      <w:pPr>
        <w:pStyle w:val="Heading2"/>
      </w:pPr>
      <w:r>
        <w:t>Computer Applications &amp; Electives</w:t>
      </w:r>
    </w:p>
    <w:p>
      <w:r>
        <w:t>91. SPSS is mainly used for:</w:t>
        <w:br/>
        <w:t>A) Data analysis B) Email C) Animation D) Accounting</w:t>
        <w:br/>
        <w:t>Answer: A</w:t>
      </w:r>
    </w:p>
    <w:p>
      <w:r>
        <w:t>92. SPSS is mainly used for:</w:t>
        <w:br/>
        <w:t>A) Data analysis B) Email C) Animation D) Accounting</w:t>
        <w:br/>
        <w:t>Answer: A</w:t>
      </w:r>
    </w:p>
    <w:p>
      <w:r>
        <w:t>93. SPSS is mainly used for:</w:t>
        <w:br/>
        <w:t>A) Data analysis B) Email C) Animation D) Accounting</w:t>
        <w:br/>
        <w:t>Answer: A</w:t>
      </w:r>
    </w:p>
    <w:p>
      <w:r>
        <w:t>94. SPSS is mainly used for:</w:t>
        <w:br/>
        <w:t>A) Data analysis B) Email C) Animation D) Accounting</w:t>
        <w:br/>
        <w:t>Answer: A</w:t>
      </w:r>
    </w:p>
    <w:p>
      <w:r>
        <w:t>95. SPSS is mainly used for:</w:t>
        <w:br/>
        <w:t>A) Data analysis B) Email C) Animation D) Accounting</w:t>
        <w:br/>
        <w:t>Answer: A</w:t>
      </w:r>
    </w:p>
    <w:p>
      <w:r>
        <w:t>96. SPSS is mainly used for:</w:t>
        <w:br/>
        <w:t>A) Data analysis B) Email C) Animation D) Accounting</w:t>
        <w:br/>
        <w:t>Answer: A</w:t>
      </w:r>
    </w:p>
    <w:p>
      <w:r>
        <w:t>97. SPSS is mainly used for:</w:t>
        <w:br/>
        <w:t>A) Data analysis B) Email C) Animation D) Accounting</w:t>
        <w:br/>
        <w:t>Answer: A</w:t>
      </w:r>
    </w:p>
    <w:p>
      <w:r>
        <w:t>98. SPSS is mainly used for:</w:t>
        <w:br/>
        <w:t>A) Data analysis B) Email C) Animation D) Accounting</w:t>
        <w:br/>
        <w:t>Answer: A</w:t>
      </w:r>
    </w:p>
    <w:p>
      <w:r>
        <w:t>99. SPSS is mainly used for:</w:t>
        <w:br/>
        <w:t>A) Data analysis B) Email C) Animation D) Accounting</w:t>
        <w:br/>
        <w:t>Answer: A</w:t>
      </w:r>
    </w:p>
    <w:p>
      <w:r>
        <w:t>100. SPSS is mainly used for:</w:t>
        <w:br/>
        <w:t>A) Data analysis B) Email C) Animation D) Accounting</w:t>
        <w:br/>
        <w:t>Answer: 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